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זירת הדיבייט – מתווכחים בכבוד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טורניר דיבייט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הטורניר ועץ הטורניר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בניית טענות וניהול ויכוח מכבד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להבחין בין צד בעד לצד נגד בנושא נתון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4 או 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קובע נושא וצדדים לכל קרב באופן אקראי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הנושא מוגרל ולא נבחר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המטרה היא ויכוח מכבד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הגרילו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בעד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נגד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(תרשים שמראה את שלבי הקרבות)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(בחירה אקראית של נושא וצד)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(תומך בטענה)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(מתנגד לטענה)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שלבי הטורניר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מספר קבוצות - 4 או 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לוחצים על 'הגרילו עץ טורניר'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כל קבוצה מקבלת נושא וצד לקרב הראשון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הקבוצות מתווכחות בקרב בצורה מכבדת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טענה ברורה בעד או נגד עם נימוק אחד תומך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שבעד תומך ונגד מתנגד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לחיצה על הקבוצה המנצחת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נימוק הגיוני שתומך בטענה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להריץ טורניר אמיתי בכיתה אחרי מילוי הדף כדי לחבר תאוריה לתרגול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לשים דגש על כך שהגרלת הצד מלמדת גמישות מחשבתית ולא רק ניצחון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זירת הדיבייט – מתווכחים בכבוד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טורניר דיבייט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בטורניר דיבייט קבוצות מתחרות זו בזו בקרבות על נושא וצד שמוגרלים להן. הקבוצה המנצחת מתקדמת בעץ הטורניר עד לגמר, וכל הדרך חשוב להתווכח בכבוד.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נגד  ·  4  ·  הגרילו  ·  בעד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קבוצות אפשר לבחור בטורניר לפי הדף?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2 או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4 או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5 או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עושה 'הגרילו עץ טורניר'?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מוחק את כל הקבוצות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קובע נושא וצדדים לכל קרב באופן אקראי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מכריז על המנצחת הסופית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בטורניר דיבייט אפשר לבחור בין 4 ל-8 קבוצות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 קבוצה בוחרת בעצמה את הנושא שלה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להתווכח בלי כבוד כל עוד מנצחים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בטורניר הדיבייט יש אפשרות לבחור __________ או 8 קבוצות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כדי לקבוע נושא וצדדים לוחצים על כפתור __________ עץ טורניר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הקבוצה שתומכת בטענה נקראת צד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4. הקבוצה שמתנגדת לטענה נקראת צד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עץ טורניר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בחירה אקראית של נושא וצד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הגרלה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תרשים שמראה את שלבי הקרבות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צד בעד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מתנגד לטענה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צד נגד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תומך בטענה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 של שלבי הטורניר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הקבוצות מתווכחות בקרב בצורה מכבדת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בוחרים מספר קבוצות - 4 או 8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לוחצים על 'הגרילו עץ טורניר'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 קבוצה מקבלת נושא וצד לקרב הראשון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טענה אחת וארגומנט תומך בנושא: 'יש להאריך את ההפסקות בבית הספר'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צד בעד לצד נגד?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איך מקדמים קבוצה בעץ הטורניר?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טורניר דיבייט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