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טורניר דיבייט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הטורניר ועץ הטורניר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טענות וניהול ויכוח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להבחין בין צד בעד לצד נגד בנושא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 או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קובע נושא וצדדים לכל קרב באופן אקראי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לוחצים על הקבוצה המנצחת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צד בעד תומך בטענה וצד נגד מתנגד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היא יוצאת מהטורניר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הנושא מוגרל ולא 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המטרה היא ויכוח 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תפקיד עץ הטורניר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ההגדרה של 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הפרכה מתייחסת לטענת הצד השני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הגרילו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מנצחת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ביניים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(תרשים שמראה את שלבי הקרבות)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(בחירה אקראית של נושא וצד)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(תומך בטענה)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(מתנגד לטענה)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(הסבר שתומך בטענה)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(תשובה לטענת הצד השני)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 הטורניר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מספר קבוצות - 4 או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לוחצים על 'הגרילו עץ טורניר'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קבוצה מקבלת נושא וצד לקרב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הקבוצות מתווכחות בקרב בצורה מכבדת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לוחצים על הקבוצה המנצחת כדי לקדם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ממשיכים עד לקרב הגמר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טענה ברורה בעד או נגד עם נימוק אחד תומך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להקשיב לצד השני, לא לצעוק, להגיב לטענות ולא לאדם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שבעד תומך ונגד מתנגד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לחיצה על הקבוצה המנצחת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הגיוני שתומך בטענה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טורניר אמיתי בכיתה אחרי מילוי הדף כדי לחבר תאוריה לתרגול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דגש על כך שהגרלת הצד מלמדת גמישות מחשבתית ולא רק ניצחון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טורניר דיבייט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בטורניר יש קבוצות שמתווכחות אחת מול השנייה. לכל קבוצה יש נושא וצד - בעד או נגד. מי שמנצחת עוברת הלאה. חשוב להתווכח יפה ובנימוס.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עץ טורניר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שמראה אילו קבוצות נפגשות בכל שלב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הגרלה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בחירה אקראית של נושא או צד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צד בעד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הקבוצה שתומכת בטענה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צד נגד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הקבוצה שמתנגדת לטענה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שמביע עמדה בנושא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שתומך בטענה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הפרכה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תשובה שמראה למה הטענה של הצד השני לא נכונה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עימות בין שתי קבוצות בטורניר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קבוצות אפשר לבחור?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 או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 או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 או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 או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כשלוחצים על הגרלה?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מוחק את כל הקבוצות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קובע נושא וצדדים לכל קרב באופן אקראי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מכריז על המנצחת הסופית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משנה את מספר הקבוצות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כדי להעביר קבוצה הלאה?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לוחצים על הקבוצה המנצחת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שולחים הודעה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מגרילים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 את שמה על הלוח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ההבדל בין הצדדים?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צד בעד תומך בטענה וצד נגד מתנגד 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צד נגד תמיד מנצח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צד בעד בוחר את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למפסידים?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ממשיכה לקרב הבא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יוצאת מהטורניר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מקבלת צד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הופכת לשופטת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בטורניר דיבייט אפשר לבחור בין 4 ל-8 קבוצות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קבוצה בוחרת בעצמה את הנושא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להתווכח בלי כבוד כל עוד מנצחים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עץ הטורניר מראה את כל הקרבות מההתחלה ועד הגמר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הוא הסבר שתומך בטענה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הפרכה היא חיזוק של הטענה של הצד שלך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בטורניר הדיבייט יש אפשרות לבחור __________ או 8 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לקבוע נושא וצדדים לוחצים על כפתור __________ עץ טורניר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הקבוצה שתומכת בטענה נקראת צד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הקבוצה שמתנגדת לטענה נקראת צד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לקדם קבוצה בעץ הטורניר לוחצים על הקבוצה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רמת הקושי של הטורניר לפי הדף מתאימה לחטיבת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עץ טורניר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מתנגד לטענה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הגרלה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הסבר שתומך בטענה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צד בעד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תרשים שמראה את שלבי הקרבות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צד נגד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תומך בטענה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תשובה לטענת הצד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הפרכה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בחירה אקראית של נושא וצד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שלבי הטורניר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'הגרילו עץ טורניר'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הקבוצות מתווכחות בקרב בצורה מכבדת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מספר קבוצות - 4 או 8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קבוצה מקבלת נושא וצד לקרב 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עד לקרב הגמר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הקבוצה המנצחת כדי לקדם אותה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טענה אחת וארגומנט תומך בנושא: 'יש להאריך את ההפסקות בבית הספר'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זה 'ויכוח מכבד'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צד בעד לצד נגד?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מקדמים קבוצה בעץ הטורניר?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לנימוק טוב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טורניר דיבייט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