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טורניר 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הטורניר ועץ הטורניר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טענות וניהול 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צד בעד לצד נגד בנושא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קובע נושא וצדדים לכל קרב באופן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לוחצים על הקבוצה המנצחת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צד בעד תומך בטענה וצד נגד מתנגד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יוצאת מהטורניר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הנושא מוגרל ולא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 עץ הטורניר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ההגדרה של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הפרכה מתייחסת לטענת הצד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הגרילו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(תרשים שמראה את שלבי הקרבות)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(בחירה אקראית של נושא וצד)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(מתנגד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(תשובה לטענת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הטורניר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מספר קבוצות - 4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'הגרילו עץ טורניר'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מקבלת נושא וצד לקרב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הקבוצות מתווכחות בקרב בצורה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הקבוצה המנצחת כדי לקדם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ממשיכים עד לקרב הגמר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ברורה בעד או נגד עם נימוק אחד תומך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לצד השני, לא לצעוק, להגיב לטענות ולא לאדם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שבעד תומך ונגד מתנגד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לחיצה על הקבוצה המנצחת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הגיוני שתומך בטענה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טורניר אמיתי בכיתה אחרי מילוי הדף כדי לחבר תאוריה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כך שהגרלת הצד מלמדת גמישות מחשבתית ולא רק ניצחון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טורניר 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בטורניר דיבייט קבוצות מתחרות זו בזו בקרבות על נושא וצד שמוגרלים להן. הקבוצה המנצחת מתקדמת בעץ הטורניר עד לגמר, וכל הדרך חשוב להתווכח בכבוד.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קבוצות אפשר לבחור בטורניר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או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או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או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 או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'הגרילו עץ טורניר'?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את כל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קובע נושא וצדדים לכל קרב באופן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מכריז על המנצחת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משנה את מספר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מקדמים קבוצה בעץ הטורניר?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 הקבוצה המנצחת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הודעה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את שמה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צד בעד לצד נגד?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צד בעד תומך בטענה וצד נגד מתנגד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 נגד תמיד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צד בעד בוחר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לקבוצה שמפסידה בקרב?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ממשיכה לקרב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יוצאת מהטורניר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מקבלת צד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לשופטת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בטורניר דיבייט אפשר לבחור בין 4 ל-8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בוחרת בעצמה את הנושא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להתווכח בלי כבוד כל עוד מנצחים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הטורניר מראה את כל הקרבות מההתחלה ועד הגמר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הסבר שתומך בטענה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הפרכה היא חיזוק של הטענה של הצד שלך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בטורניר הדיבייט יש אפשרות לבחור __________ או 8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לקבוע נושא וצדדים לוחצים על כפתור __________ עץ 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הקבוצה שתומכת בטענה נקראת 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הקבוצה שמתנגדת לטענה נקראת צד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לקדם קבוצה בעץ הטורניר לוחצים על הקבוצה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רמת הקושי של הטורניר לפי הדף מתאימה לחטיבת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טורניר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תשובה לטענת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צד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מתנגד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צד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תרשים שמראה את שלבי הקרבות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בחירה אקראית של נושא וצד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הטורניר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'הגרילו עץ טורניר'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מקבלת נושא וצד לקרב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מספר קבוצות - 4 או 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לקרב הגמר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מתווכחות בקרב בצורה מכבדת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הקבוצה המנצחת כדי לקדם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וארגומנט תומך בנושא: 'יש להאריך את ההפסקות בבית הספר'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'ויכוח מכבד'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צד בעד לצד נגד?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מקדמים קבוצה בעץ הטורניר?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לנימוק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טורניר 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